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17F56" w14:textId="548750CD" w:rsidR="00344D4A" w:rsidRDefault="00344D4A" w:rsidP="00344D4A">
      <w:pPr>
        <w:pStyle w:val="NormalWeb"/>
        <w:jc w:val="center"/>
      </w:pPr>
      <w:r>
        <w:rPr>
          <w:noProof/>
        </w:rPr>
        <w:drawing>
          <wp:anchor distT="0" distB="0" distL="114300" distR="114300" simplePos="0" relativeHeight="251701248" behindDoc="1" locked="0" layoutInCell="1" allowOverlap="1" wp14:anchorId="6F789686" wp14:editId="43BBA888">
            <wp:simplePos x="0" y="0"/>
            <wp:positionH relativeFrom="column">
              <wp:posOffset>-733425</wp:posOffset>
            </wp:positionH>
            <wp:positionV relativeFrom="paragraph">
              <wp:posOffset>-457201</wp:posOffset>
            </wp:positionV>
            <wp:extent cx="990600" cy="1002393"/>
            <wp:effectExtent l="0" t="0" r="0" b="7620"/>
            <wp:wrapNone/>
            <wp:docPr id="12" name="Picture 9" descr="A logo with a group of peop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9" descr="A logo with a group of peopl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960" cy="1003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6C60" w:rsidRPr="00344D4A">
        <w:rPr>
          <w:rFonts w:asciiTheme="majorHAnsi" w:hAnsiTheme="majorHAnsi" w:cstheme="majorHAnsi"/>
          <w:b/>
          <w:color w:val="00B050"/>
          <w:sz w:val="44"/>
          <w:u w:val="single"/>
        </w:rPr>
        <w:t>Lacewood Primary School</w:t>
      </w:r>
    </w:p>
    <w:p w14:paraId="7E158A10" w14:textId="057EE089" w:rsidR="000A66B6" w:rsidRPr="00344D4A" w:rsidRDefault="000A66B6">
      <w:pPr>
        <w:jc w:val="center"/>
        <w:rPr>
          <w:rFonts w:asciiTheme="majorHAnsi" w:hAnsiTheme="majorHAnsi" w:cstheme="majorHAnsi"/>
          <w:color w:val="00B050"/>
          <w:sz w:val="24"/>
          <w:szCs w:val="24"/>
          <w:u w:val="single"/>
        </w:rPr>
      </w:pPr>
    </w:p>
    <w:p w14:paraId="1B5E792E" w14:textId="77777777" w:rsidR="000A66B6" w:rsidRPr="00344D4A" w:rsidRDefault="00BB6C60">
      <w:pPr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344D4A">
        <w:rPr>
          <w:rFonts w:asciiTheme="majorHAnsi" w:hAnsiTheme="majorHAnsi" w:cstheme="majorHAnsi"/>
          <w:b/>
          <w:bCs/>
          <w:sz w:val="32"/>
          <w:szCs w:val="24"/>
        </w:rPr>
        <w:t xml:space="preserve">Keeping You Safe!  </w:t>
      </w:r>
      <w:r w:rsidRPr="00344D4A">
        <w:rPr>
          <w:rFonts w:asciiTheme="majorHAnsi" w:hAnsiTheme="majorHAnsi" w:cstheme="majorHAnsi"/>
          <w:b/>
          <w:bCs/>
          <w:sz w:val="32"/>
          <w:szCs w:val="24"/>
        </w:rPr>
        <w:br/>
        <w:t>(Our Child-Friendly Safeguarding Guide)</w:t>
      </w:r>
    </w:p>
    <w:p w14:paraId="125BACCF" w14:textId="77777777" w:rsidR="000A66B6" w:rsidRPr="00344D4A" w:rsidRDefault="00BB6C60">
      <w:pPr>
        <w:pStyle w:val="Heading2"/>
        <w:rPr>
          <w:rFonts w:cstheme="majorHAnsi"/>
          <w:color w:val="00B050"/>
          <w:sz w:val="28"/>
          <w:szCs w:val="28"/>
        </w:rPr>
      </w:pPr>
      <w:r w:rsidRPr="00344D4A">
        <w:rPr>
          <w:rFonts w:ascii="Segoe UI Emoji" w:hAnsi="Segoe UI Emoji" w:cs="Segoe UI Emoji"/>
          <w:color w:val="00B050"/>
          <w:sz w:val="28"/>
          <w:szCs w:val="28"/>
        </w:rPr>
        <w:t>💛</w:t>
      </w:r>
      <w:r w:rsidRPr="00344D4A">
        <w:rPr>
          <w:rFonts w:cstheme="majorHAnsi"/>
          <w:color w:val="00B050"/>
          <w:sz w:val="28"/>
          <w:szCs w:val="28"/>
        </w:rPr>
        <w:t xml:space="preserve"> Our Promise</w:t>
      </w:r>
    </w:p>
    <w:p w14:paraId="62014588" w14:textId="77777777" w:rsidR="000A66B6" w:rsidRPr="00344D4A" w:rsidRDefault="00BB6C60">
      <w:pPr>
        <w:rPr>
          <w:rFonts w:asciiTheme="majorHAnsi" w:hAnsiTheme="majorHAnsi" w:cstheme="majorHAnsi"/>
          <w:sz w:val="24"/>
          <w:szCs w:val="24"/>
        </w:rPr>
      </w:pPr>
      <w:r w:rsidRPr="00344D4A">
        <w:rPr>
          <w:rFonts w:asciiTheme="majorHAnsi" w:hAnsiTheme="majorHAnsi" w:cstheme="majorHAnsi"/>
          <w:sz w:val="24"/>
          <w:szCs w:val="24"/>
        </w:rPr>
        <w:t>Everyone at Lacewood wants you to feel happy, safe, and looked after every day. If you ever feel worried, scared, or unsafe, please tell an adult – we will listen and help.</w:t>
      </w:r>
    </w:p>
    <w:p w14:paraId="65D5656B" w14:textId="77777777" w:rsidR="000A66B6" w:rsidRPr="00344D4A" w:rsidRDefault="00BB6C60">
      <w:pPr>
        <w:pStyle w:val="Heading2"/>
        <w:rPr>
          <w:rFonts w:cstheme="majorHAnsi"/>
          <w:color w:val="00B050"/>
          <w:sz w:val="28"/>
          <w:szCs w:val="28"/>
        </w:rPr>
      </w:pPr>
      <w:r w:rsidRPr="00344D4A">
        <w:rPr>
          <w:rFonts w:ascii="Segoe UI Emoji" w:hAnsi="Segoe UI Emoji" w:cs="Segoe UI Emoji"/>
          <w:color w:val="00B050"/>
          <w:sz w:val="28"/>
          <w:szCs w:val="28"/>
        </w:rPr>
        <w:t>👩</w:t>
      </w:r>
      <w:r w:rsidRPr="00344D4A">
        <w:rPr>
          <w:rFonts w:cstheme="majorHAnsi"/>
          <w:color w:val="00B050"/>
          <w:sz w:val="28"/>
          <w:szCs w:val="28"/>
        </w:rPr>
        <w:t>‍</w:t>
      </w:r>
      <w:r w:rsidRPr="00344D4A">
        <w:rPr>
          <w:rFonts w:ascii="Segoe UI Emoji" w:hAnsi="Segoe UI Emoji" w:cs="Segoe UI Emoji"/>
          <w:color w:val="00B050"/>
          <w:sz w:val="28"/>
          <w:szCs w:val="28"/>
        </w:rPr>
        <w:t>🏫</w:t>
      </w:r>
      <w:r w:rsidRPr="00344D4A">
        <w:rPr>
          <w:rFonts w:cstheme="majorHAnsi"/>
          <w:color w:val="00B050"/>
          <w:sz w:val="28"/>
          <w:szCs w:val="28"/>
        </w:rPr>
        <w:t xml:space="preserve"> Who Can You Talk To?</w:t>
      </w:r>
    </w:p>
    <w:p w14:paraId="65293A7F" w14:textId="02819A9C" w:rsidR="001801BD" w:rsidRPr="00344D4A" w:rsidRDefault="00344D4A" w:rsidP="001801BD">
      <w:pPr>
        <w:pStyle w:val="NormalWeb"/>
        <w:rPr>
          <w:sz w:val="28"/>
          <w:szCs w:val="28"/>
        </w:rPr>
      </w:pPr>
      <w:r w:rsidRPr="00344D4A">
        <w:rPr>
          <w:noProof/>
        </w:rPr>
        <w:drawing>
          <wp:anchor distT="0" distB="0" distL="114300" distR="114300" simplePos="0" relativeHeight="251640832" behindDoc="1" locked="0" layoutInCell="1" allowOverlap="1" wp14:anchorId="2B2A61C7" wp14:editId="3559E4B4">
            <wp:simplePos x="0" y="0"/>
            <wp:positionH relativeFrom="column">
              <wp:posOffset>4867275</wp:posOffset>
            </wp:positionH>
            <wp:positionV relativeFrom="paragraph">
              <wp:posOffset>1123950</wp:posOffset>
            </wp:positionV>
            <wp:extent cx="678438" cy="847725"/>
            <wp:effectExtent l="76200" t="76200" r="140970" b="123825"/>
            <wp:wrapNone/>
            <wp:docPr id="2" name="Picture 1" descr="A person in a black shi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person in a black shir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438" cy="847725"/>
                    </a:xfrm>
                    <a:prstGeom prst="rect">
                      <a:avLst/>
                    </a:prstGeom>
                    <a:ln w="38100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4D4A">
        <w:rPr>
          <w:rFonts w:asciiTheme="majorHAnsi" w:hAnsiTheme="majorHAnsi" w:cstheme="majorHAnsi"/>
          <w:noProof/>
        </w:rPr>
        <w:drawing>
          <wp:anchor distT="0" distB="0" distL="114300" distR="114300" simplePos="0" relativeHeight="251695104" behindDoc="1" locked="0" layoutInCell="1" allowOverlap="1" wp14:anchorId="06E69FAB" wp14:editId="2AA920BE">
            <wp:simplePos x="0" y="0"/>
            <wp:positionH relativeFrom="column">
              <wp:posOffset>4124325</wp:posOffset>
            </wp:positionH>
            <wp:positionV relativeFrom="paragraph">
              <wp:posOffset>1130300</wp:posOffset>
            </wp:positionV>
            <wp:extent cx="628650" cy="854075"/>
            <wp:effectExtent l="76200" t="76200" r="133350" b="136525"/>
            <wp:wrapNone/>
            <wp:docPr id="18715648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854075"/>
                    </a:xfrm>
                    <a:prstGeom prst="rect">
                      <a:avLst/>
                    </a:prstGeom>
                    <a:ln w="38100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4D4A">
        <w:rPr>
          <w:noProof/>
        </w:rPr>
        <w:drawing>
          <wp:anchor distT="0" distB="0" distL="114300" distR="114300" simplePos="0" relativeHeight="251676672" behindDoc="1" locked="0" layoutInCell="1" allowOverlap="1" wp14:anchorId="2C80146F" wp14:editId="12B0FB66">
            <wp:simplePos x="0" y="0"/>
            <wp:positionH relativeFrom="column">
              <wp:posOffset>3314700</wp:posOffset>
            </wp:positionH>
            <wp:positionV relativeFrom="paragraph">
              <wp:posOffset>1127125</wp:posOffset>
            </wp:positionV>
            <wp:extent cx="685800" cy="857250"/>
            <wp:effectExtent l="76200" t="76200" r="133350" b="133350"/>
            <wp:wrapNone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85800" cy="857250"/>
                    </a:xfrm>
                    <a:prstGeom prst="rect">
                      <a:avLst/>
                    </a:prstGeom>
                    <a:ln w="38100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01BD" w:rsidRPr="00344D4A">
        <w:rPr>
          <w:noProof/>
        </w:rPr>
        <w:drawing>
          <wp:anchor distT="0" distB="0" distL="114300" distR="114300" simplePos="0" relativeHeight="251661312" behindDoc="1" locked="0" layoutInCell="1" allowOverlap="1" wp14:anchorId="54B6AB7B" wp14:editId="714C8C80">
            <wp:simplePos x="0" y="0"/>
            <wp:positionH relativeFrom="column">
              <wp:posOffset>2494915</wp:posOffset>
            </wp:positionH>
            <wp:positionV relativeFrom="paragraph">
              <wp:posOffset>1117600</wp:posOffset>
            </wp:positionV>
            <wp:extent cx="693550" cy="866775"/>
            <wp:effectExtent l="76200" t="76200" r="125730" b="123825"/>
            <wp:wrapNone/>
            <wp:docPr id="4" name="Picture 3" descr="A person smiling for a pictu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person smiling for a pictur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693550" cy="866775"/>
                    </a:xfrm>
                    <a:prstGeom prst="rect">
                      <a:avLst/>
                    </a:prstGeom>
                    <a:ln w="38100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6C60" w:rsidRPr="00344D4A">
        <w:rPr>
          <w:rFonts w:asciiTheme="majorHAnsi" w:hAnsiTheme="majorHAnsi" w:cstheme="majorHAnsi"/>
        </w:rPr>
        <w:t xml:space="preserve">You can talk to any adult in school — teachers, </w:t>
      </w:r>
      <w:r w:rsidRPr="00344D4A">
        <w:rPr>
          <w:rFonts w:asciiTheme="majorHAnsi" w:hAnsiTheme="majorHAnsi" w:cstheme="majorHAnsi"/>
        </w:rPr>
        <w:t>teaching assistants</w:t>
      </w:r>
      <w:r w:rsidR="00BB6C60" w:rsidRPr="00344D4A">
        <w:rPr>
          <w:rFonts w:asciiTheme="majorHAnsi" w:hAnsiTheme="majorHAnsi" w:cstheme="majorHAnsi"/>
        </w:rPr>
        <w:t>, lunchtime staff, or office staff.</w:t>
      </w:r>
      <w:r w:rsidR="00BB6C60" w:rsidRPr="00344D4A">
        <w:rPr>
          <w:rFonts w:asciiTheme="majorHAnsi" w:hAnsiTheme="majorHAnsi" w:cstheme="majorHAnsi"/>
        </w:rPr>
        <w:br/>
        <w:t>You can also talk to our Safeguarding Team:</w:t>
      </w:r>
      <w:r w:rsidR="00BB6C60" w:rsidRPr="00344D4A">
        <w:rPr>
          <w:rFonts w:asciiTheme="majorHAnsi" w:hAnsiTheme="majorHAnsi" w:cstheme="majorHAnsi"/>
        </w:rPr>
        <w:br/>
      </w:r>
      <w:r w:rsidR="00BB6C60" w:rsidRPr="00344D4A">
        <w:rPr>
          <w:rFonts w:asciiTheme="majorHAnsi" w:hAnsiTheme="majorHAnsi" w:cstheme="majorHAnsi"/>
          <w:b/>
          <w:bCs/>
          <w:sz w:val="28"/>
          <w:szCs w:val="28"/>
        </w:rPr>
        <w:t>- M</w:t>
      </w:r>
      <w:r w:rsidR="001801BD" w:rsidRPr="00344D4A">
        <w:rPr>
          <w:rFonts w:asciiTheme="majorHAnsi" w:hAnsiTheme="majorHAnsi" w:cstheme="majorHAnsi"/>
          <w:b/>
          <w:bCs/>
          <w:sz w:val="28"/>
          <w:szCs w:val="28"/>
        </w:rPr>
        <w:t>iss</w:t>
      </w:r>
      <w:r w:rsidR="00BB6C60" w:rsidRPr="00344D4A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1801BD" w:rsidRPr="00344D4A">
        <w:rPr>
          <w:rFonts w:asciiTheme="majorHAnsi" w:hAnsiTheme="majorHAnsi" w:cstheme="majorHAnsi"/>
          <w:b/>
          <w:bCs/>
          <w:sz w:val="28"/>
          <w:szCs w:val="28"/>
        </w:rPr>
        <w:t>Akeroyd</w:t>
      </w:r>
      <w:r w:rsidR="00BB6C60" w:rsidRPr="00344D4A">
        <w:rPr>
          <w:rFonts w:asciiTheme="majorHAnsi" w:hAnsiTheme="majorHAnsi" w:cstheme="majorHAnsi"/>
          <w:b/>
          <w:bCs/>
          <w:sz w:val="28"/>
          <w:szCs w:val="28"/>
        </w:rPr>
        <w:t xml:space="preserve"> – Designated Safeguarding Lead</w:t>
      </w:r>
      <w:r w:rsidR="00BB6C60" w:rsidRPr="00344D4A">
        <w:rPr>
          <w:rFonts w:asciiTheme="majorHAnsi" w:hAnsiTheme="majorHAnsi" w:cstheme="majorHAnsi"/>
          <w:b/>
          <w:bCs/>
          <w:sz w:val="28"/>
          <w:szCs w:val="28"/>
        </w:rPr>
        <w:br/>
      </w:r>
      <w:r w:rsidR="00BB6C60" w:rsidRPr="00344D4A">
        <w:rPr>
          <w:rFonts w:asciiTheme="majorHAnsi" w:hAnsiTheme="majorHAnsi" w:cstheme="majorHAnsi"/>
          <w:sz w:val="28"/>
          <w:szCs w:val="28"/>
        </w:rPr>
        <w:t xml:space="preserve">- </w:t>
      </w:r>
      <w:r w:rsidR="00BB6C60" w:rsidRPr="00344D4A">
        <w:rPr>
          <w:rFonts w:asciiTheme="majorHAnsi" w:hAnsiTheme="majorHAnsi" w:cstheme="majorHAnsi"/>
          <w:b/>
          <w:bCs/>
          <w:sz w:val="28"/>
          <w:szCs w:val="28"/>
        </w:rPr>
        <w:t>Mr</w:t>
      </w:r>
      <w:r w:rsidR="001801BD" w:rsidRPr="00344D4A">
        <w:rPr>
          <w:rFonts w:asciiTheme="majorHAnsi" w:hAnsiTheme="majorHAnsi" w:cstheme="majorHAnsi"/>
          <w:b/>
          <w:bCs/>
          <w:sz w:val="28"/>
          <w:szCs w:val="28"/>
        </w:rPr>
        <w:t>s Searle</w:t>
      </w:r>
      <w:r w:rsidR="00BB6C60" w:rsidRPr="00344D4A">
        <w:rPr>
          <w:rFonts w:asciiTheme="majorHAnsi" w:hAnsiTheme="majorHAnsi" w:cstheme="majorHAnsi"/>
          <w:b/>
          <w:bCs/>
          <w:sz w:val="28"/>
          <w:szCs w:val="28"/>
        </w:rPr>
        <w:t xml:space="preserve"> – Deputy DSL</w:t>
      </w:r>
      <w:r w:rsidR="00BB6C60" w:rsidRPr="00344D4A">
        <w:rPr>
          <w:rFonts w:asciiTheme="majorHAnsi" w:hAnsiTheme="majorHAnsi" w:cstheme="majorHAnsi"/>
          <w:b/>
          <w:bCs/>
          <w:sz w:val="28"/>
          <w:szCs w:val="28"/>
        </w:rPr>
        <w:br/>
        <w:t>- M</w:t>
      </w:r>
      <w:r w:rsidR="001801BD" w:rsidRPr="00344D4A">
        <w:rPr>
          <w:rFonts w:asciiTheme="majorHAnsi" w:hAnsiTheme="majorHAnsi" w:cstheme="majorHAnsi"/>
          <w:b/>
          <w:bCs/>
          <w:sz w:val="28"/>
          <w:szCs w:val="28"/>
        </w:rPr>
        <w:t>rs Anson</w:t>
      </w:r>
      <w:r w:rsidR="00BB6C60" w:rsidRPr="00344D4A">
        <w:rPr>
          <w:rFonts w:asciiTheme="majorHAnsi" w:hAnsiTheme="majorHAnsi" w:cstheme="majorHAnsi"/>
          <w:b/>
          <w:bCs/>
          <w:sz w:val="28"/>
          <w:szCs w:val="28"/>
        </w:rPr>
        <w:t xml:space="preserve"> – Deputy DSL</w:t>
      </w:r>
      <w:r w:rsidR="00BB6C60" w:rsidRPr="00344D4A">
        <w:rPr>
          <w:rFonts w:asciiTheme="majorHAnsi" w:hAnsiTheme="majorHAnsi" w:cstheme="majorHAnsi"/>
          <w:b/>
          <w:bCs/>
          <w:sz w:val="28"/>
          <w:szCs w:val="28"/>
        </w:rPr>
        <w:br/>
        <w:t>- Mrs</w:t>
      </w:r>
      <w:r w:rsidR="001801BD" w:rsidRPr="00344D4A">
        <w:rPr>
          <w:rFonts w:asciiTheme="majorHAnsi" w:hAnsiTheme="majorHAnsi" w:cstheme="majorHAnsi"/>
          <w:b/>
          <w:bCs/>
          <w:sz w:val="28"/>
          <w:szCs w:val="28"/>
        </w:rPr>
        <w:t xml:space="preserve"> Jackson </w:t>
      </w:r>
      <w:r w:rsidR="00BB6C60" w:rsidRPr="00344D4A">
        <w:rPr>
          <w:rFonts w:asciiTheme="majorHAnsi" w:hAnsiTheme="majorHAnsi" w:cstheme="majorHAnsi"/>
          <w:b/>
          <w:bCs/>
          <w:sz w:val="28"/>
          <w:szCs w:val="28"/>
        </w:rPr>
        <w:t xml:space="preserve">– </w:t>
      </w:r>
      <w:r w:rsidR="001801BD" w:rsidRPr="00344D4A">
        <w:rPr>
          <w:rFonts w:asciiTheme="majorHAnsi" w:hAnsiTheme="majorHAnsi" w:cstheme="majorHAnsi"/>
          <w:b/>
          <w:bCs/>
          <w:sz w:val="28"/>
          <w:szCs w:val="28"/>
        </w:rPr>
        <w:t>Well-being Lead</w:t>
      </w:r>
    </w:p>
    <w:p w14:paraId="46A0B31B" w14:textId="26A65FC9" w:rsidR="000A66B6" w:rsidRPr="00344D4A" w:rsidRDefault="001801BD" w:rsidP="001801BD">
      <w:pPr>
        <w:pStyle w:val="NormalWeb"/>
        <w:rPr>
          <w:sz w:val="28"/>
          <w:szCs w:val="28"/>
        </w:rPr>
      </w:pPr>
      <w:r w:rsidRPr="00344D4A">
        <w:rPr>
          <w:noProof/>
          <w:sz w:val="28"/>
          <w:szCs w:val="28"/>
        </w:rPr>
        <w:drawing>
          <wp:anchor distT="0" distB="0" distL="114300" distR="114300" simplePos="0" relativeHeight="251699200" behindDoc="1" locked="0" layoutInCell="1" allowOverlap="1" wp14:anchorId="1A30FDCD" wp14:editId="7D2D1867">
            <wp:simplePos x="0" y="0"/>
            <wp:positionH relativeFrom="column">
              <wp:posOffset>4295775</wp:posOffset>
            </wp:positionH>
            <wp:positionV relativeFrom="paragraph">
              <wp:posOffset>702945</wp:posOffset>
            </wp:positionV>
            <wp:extent cx="1085850" cy="1325667"/>
            <wp:effectExtent l="0" t="0" r="0" b="8255"/>
            <wp:wrapNone/>
            <wp:docPr id="10" name="Picture 7" descr="Toyland® 9&amp;#34; (23cm) Pink &amp;amp; Green Colour Worry Monster Plush Soft Toy - Loves Eating Your Worr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Toyland® 9&amp;#34; (23cm) Pink &amp;amp; Green Colour Worry Monster Plush Soft Toy - Loves Eating Your Worrie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325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6C60" w:rsidRPr="00344D4A">
        <w:rPr>
          <w:rFonts w:asciiTheme="majorHAnsi" w:hAnsiTheme="majorHAnsi" w:cstheme="majorHAnsi"/>
          <w:sz w:val="28"/>
          <w:szCs w:val="28"/>
        </w:rPr>
        <w:br/>
      </w:r>
      <w:r w:rsidR="00BB6C60" w:rsidRPr="00344D4A">
        <w:rPr>
          <w:rFonts w:asciiTheme="majorHAnsi" w:hAnsiTheme="majorHAnsi" w:cstheme="majorHAnsi"/>
          <w:sz w:val="28"/>
          <w:szCs w:val="28"/>
        </w:rPr>
        <w:br/>
        <w:t>Or</w:t>
      </w:r>
      <w:r w:rsidR="00344D4A">
        <w:rPr>
          <w:rFonts w:asciiTheme="majorHAnsi" w:hAnsiTheme="majorHAnsi" w:cstheme="majorHAnsi"/>
          <w:sz w:val="28"/>
          <w:szCs w:val="28"/>
        </w:rPr>
        <w:t>,</w:t>
      </w:r>
      <w:r w:rsidR="00BB6C60" w:rsidRPr="00344D4A">
        <w:rPr>
          <w:rFonts w:asciiTheme="majorHAnsi" w:hAnsiTheme="majorHAnsi" w:cstheme="majorHAnsi"/>
          <w:sz w:val="28"/>
          <w:szCs w:val="28"/>
        </w:rPr>
        <w:t xml:space="preserve"> you can use </w:t>
      </w:r>
      <w:r w:rsidRPr="00344D4A">
        <w:rPr>
          <w:rFonts w:asciiTheme="majorHAnsi" w:hAnsiTheme="majorHAnsi" w:cstheme="majorHAnsi"/>
          <w:sz w:val="28"/>
          <w:szCs w:val="28"/>
        </w:rPr>
        <w:t>your classroom</w:t>
      </w:r>
      <w:r w:rsidR="00344D4A">
        <w:rPr>
          <w:rFonts w:asciiTheme="majorHAnsi" w:hAnsiTheme="majorHAnsi" w:cstheme="majorHAnsi"/>
          <w:sz w:val="28"/>
          <w:szCs w:val="28"/>
        </w:rPr>
        <w:t xml:space="preserve"> or the Thrive Room</w:t>
      </w:r>
      <w:r w:rsidRPr="00344D4A">
        <w:rPr>
          <w:rFonts w:asciiTheme="majorHAnsi" w:hAnsiTheme="majorHAnsi" w:cstheme="majorHAnsi"/>
          <w:sz w:val="28"/>
          <w:szCs w:val="28"/>
        </w:rPr>
        <w:t xml:space="preserve"> </w:t>
      </w:r>
      <w:r w:rsidRPr="00344D4A">
        <w:rPr>
          <w:rFonts w:asciiTheme="majorHAnsi" w:hAnsiTheme="majorHAnsi" w:cstheme="majorHAnsi"/>
          <w:b/>
          <w:bCs/>
          <w:sz w:val="28"/>
          <w:szCs w:val="28"/>
        </w:rPr>
        <w:t>worry monster</w:t>
      </w:r>
      <w:r w:rsidR="00BB6C60" w:rsidRPr="00344D4A">
        <w:rPr>
          <w:rFonts w:asciiTheme="majorHAnsi" w:hAnsiTheme="majorHAnsi" w:cstheme="majorHAnsi"/>
          <w:sz w:val="28"/>
          <w:szCs w:val="28"/>
        </w:rPr>
        <w:t xml:space="preserve"> if it’s easier to write it down.</w:t>
      </w:r>
    </w:p>
    <w:p w14:paraId="1E03E89B" w14:textId="31F920FA" w:rsidR="000A66B6" w:rsidRPr="00344D4A" w:rsidRDefault="00BB6C60">
      <w:pPr>
        <w:pStyle w:val="Heading2"/>
        <w:rPr>
          <w:rFonts w:cstheme="majorHAnsi"/>
          <w:color w:val="00B050"/>
          <w:sz w:val="28"/>
          <w:szCs w:val="28"/>
        </w:rPr>
      </w:pPr>
      <w:r w:rsidRPr="00344D4A">
        <w:rPr>
          <w:rFonts w:ascii="Segoe UI Emoji" w:hAnsi="Segoe UI Emoji" w:cs="Segoe UI Emoji"/>
          <w:color w:val="00B050"/>
          <w:sz w:val="28"/>
          <w:szCs w:val="28"/>
        </w:rPr>
        <w:t>💬</w:t>
      </w:r>
      <w:r w:rsidRPr="00344D4A">
        <w:rPr>
          <w:rFonts w:cstheme="majorHAnsi"/>
          <w:color w:val="00B050"/>
          <w:sz w:val="28"/>
          <w:szCs w:val="28"/>
        </w:rPr>
        <w:t xml:space="preserve"> Tell Us If…</w:t>
      </w:r>
    </w:p>
    <w:p w14:paraId="19FAE90C" w14:textId="77777777" w:rsidR="00344D4A" w:rsidRDefault="00BB6C60" w:rsidP="00344D4A">
      <w:pPr>
        <w:pStyle w:val="NormalWeb"/>
        <w:rPr>
          <w:rFonts w:asciiTheme="majorHAnsi" w:hAnsiTheme="majorHAnsi" w:cstheme="majorHAnsi"/>
          <w:b/>
          <w:bCs/>
          <w:sz w:val="28"/>
          <w:szCs w:val="28"/>
        </w:rPr>
      </w:pPr>
      <w:r w:rsidRPr="00344D4A">
        <w:rPr>
          <w:rFonts w:asciiTheme="majorHAnsi" w:hAnsiTheme="majorHAnsi" w:cstheme="majorHAnsi"/>
          <w:sz w:val="28"/>
          <w:szCs w:val="28"/>
        </w:rPr>
        <w:t>• Someone is hurting you or being unkind</w:t>
      </w:r>
      <w:r w:rsidRPr="00344D4A">
        <w:rPr>
          <w:rFonts w:asciiTheme="majorHAnsi" w:hAnsiTheme="majorHAnsi" w:cstheme="majorHAnsi"/>
          <w:sz w:val="28"/>
          <w:szCs w:val="28"/>
        </w:rPr>
        <w:br/>
        <w:t>• You feel scared or worried about something</w:t>
      </w:r>
      <w:r w:rsidRPr="00344D4A">
        <w:rPr>
          <w:rFonts w:asciiTheme="majorHAnsi" w:hAnsiTheme="majorHAnsi" w:cstheme="majorHAnsi"/>
          <w:sz w:val="28"/>
          <w:szCs w:val="28"/>
        </w:rPr>
        <w:br/>
        <w:t>• Someone is touching you in a way you don’t like</w:t>
      </w:r>
      <w:r w:rsidRPr="00344D4A">
        <w:rPr>
          <w:rFonts w:asciiTheme="majorHAnsi" w:hAnsiTheme="majorHAnsi" w:cstheme="majorHAnsi"/>
          <w:sz w:val="28"/>
          <w:szCs w:val="28"/>
        </w:rPr>
        <w:br/>
        <w:t>• You see or hear something online that upsets you</w:t>
      </w:r>
      <w:r w:rsidRPr="00344D4A">
        <w:rPr>
          <w:rFonts w:asciiTheme="majorHAnsi" w:hAnsiTheme="majorHAnsi" w:cstheme="majorHAnsi"/>
          <w:sz w:val="28"/>
          <w:szCs w:val="28"/>
        </w:rPr>
        <w:br/>
        <w:t>• Someone asks you to keep a secret that makes you uncomfortable</w:t>
      </w:r>
      <w:r w:rsidRPr="00344D4A">
        <w:rPr>
          <w:rFonts w:asciiTheme="majorHAnsi" w:hAnsiTheme="majorHAnsi" w:cstheme="majorHAnsi"/>
          <w:sz w:val="28"/>
          <w:szCs w:val="28"/>
        </w:rPr>
        <w:br/>
        <w:t>• Something is happening at home that makes you sad or worried</w:t>
      </w:r>
      <w:r w:rsidRPr="00344D4A">
        <w:rPr>
          <w:rFonts w:asciiTheme="majorHAnsi" w:hAnsiTheme="majorHAnsi" w:cstheme="majorHAnsi"/>
          <w:sz w:val="28"/>
          <w:szCs w:val="28"/>
        </w:rPr>
        <w:br/>
      </w:r>
      <w:r w:rsidRPr="00344D4A">
        <w:rPr>
          <w:rFonts w:asciiTheme="majorHAnsi" w:hAnsiTheme="majorHAnsi" w:cstheme="majorHAnsi"/>
          <w:sz w:val="28"/>
          <w:szCs w:val="28"/>
        </w:rPr>
        <w:br/>
      </w:r>
    </w:p>
    <w:p w14:paraId="274BE7B4" w14:textId="460E1B08" w:rsidR="00344D4A" w:rsidRPr="00344D4A" w:rsidRDefault="00BB6C60" w:rsidP="00344D4A">
      <w:pPr>
        <w:pStyle w:val="NormalWeb"/>
        <w:jc w:val="center"/>
        <w:rPr>
          <w:rFonts w:asciiTheme="majorHAnsi" w:hAnsiTheme="majorHAnsi" w:cstheme="majorHAnsi"/>
          <w:sz w:val="28"/>
          <w:szCs w:val="28"/>
        </w:rPr>
      </w:pPr>
      <w:r w:rsidRPr="00344D4A">
        <w:rPr>
          <w:rFonts w:asciiTheme="majorHAnsi" w:hAnsiTheme="majorHAnsi" w:cstheme="majorHAnsi"/>
          <w:b/>
          <w:bCs/>
          <w:sz w:val="28"/>
          <w:szCs w:val="28"/>
        </w:rPr>
        <w:t>Nothing is ever too small. If it worries you – it matters.</w:t>
      </w:r>
    </w:p>
    <w:p w14:paraId="521FF572" w14:textId="2F17E850" w:rsidR="00344D4A" w:rsidRPr="00344D4A" w:rsidRDefault="00BB6C60" w:rsidP="00344D4A">
      <w:pPr>
        <w:pStyle w:val="Heading2"/>
        <w:rPr>
          <w:rFonts w:cstheme="majorHAnsi"/>
          <w:color w:val="00B050"/>
          <w:sz w:val="28"/>
          <w:szCs w:val="28"/>
        </w:rPr>
      </w:pPr>
      <w:r w:rsidRPr="00344D4A">
        <w:rPr>
          <w:rFonts w:ascii="Segoe UI Symbol" w:hAnsi="Segoe UI Symbol" w:cs="Segoe UI Symbol"/>
          <w:color w:val="00B050"/>
          <w:sz w:val="28"/>
          <w:szCs w:val="28"/>
        </w:rPr>
        <w:lastRenderedPageBreak/>
        <w:t>🛡</w:t>
      </w:r>
      <w:r w:rsidRPr="00344D4A">
        <w:rPr>
          <w:rFonts w:cstheme="majorHAnsi"/>
          <w:color w:val="00B050"/>
          <w:sz w:val="28"/>
          <w:szCs w:val="28"/>
        </w:rPr>
        <w:t xml:space="preserve"> What We Will Do</w:t>
      </w:r>
    </w:p>
    <w:p w14:paraId="1FDB9FE5" w14:textId="77777777" w:rsidR="000A66B6" w:rsidRPr="00344D4A" w:rsidRDefault="00BB6C60">
      <w:pPr>
        <w:rPr>
          <w:rFonts w:asciiTheme="majorHAnsi" w:hAnsiTheme="majorHAnsi" w:cstheme="majorHAnsi"/>
          <w:sz w:val="24"/>
          <w:szCs w:val="24"/>
        </w:rPr>
      </w:pPr>
      <w:r w:rsidRPr="00344D4A">
        <w:rPr>
          <w:rFonts w:asciiTheme="majorHAnsi" w:hAnsiTheme="majorHAnsi" w:cstheme="majorHAnsi"/>
          <w:sz w:val="24"/>
          <w:szCs w:val="24"/>
        </w:rPr>
        <w:t>• We will listen carefully.</w:t>
      </w:r>
      <w:r w:rsidRPr="00344D4A">
        <w:rPr>
          <w:rFonts w:asciiTheme="majorHAnsi" w:hAnsiTheme="majorHAnsi" w:cstheme="majorHAnsi"/>
          <w:sz w:val="24"/>
          <w:szCs w:val="24"/>
        </w:rPr>
        <w:br/>
        <w:t>• We will believe you.</w:t>
      </w:r>
      <w:r w:rsidRPr="00344D4A">
        <w:rPr>
          <w:rFonts w:asciiTheme="majorHAnsi" w:hAnsiTheme="majorHAnsi" w:cstheme="majorHAnsi"/>
          <w:sz w:val="24"/>
          <w:szCs w:val="24"/>
        </w:rPr>
        <w:br/>
        <w:t>• We might need to tell another grown-up so we can help.</w:t>
      </w:r>
      <w:r w:rsidRPr="00344D4A">
        <w:rPr>
          <w:rFonts w:asciiTheme="majorHAnsi" w:hAnsiTheme="majorHAnsi" w:cstheme="majorHAnsi"/>
          <w:sz w:val="24"/>
          <w:szCs w:val="24"/>
        </w:rPr>
        <w:br/>
        <w:t>• We will never be cross with you for speaking up.</w:t>
      </w:r>
      <w:r w:rsidRPr="00344D4A">
        <w:rPr>
          <w:rFonts w:asciiTheme="majorHAnsi" w:hAnsiTheme="majorHAnsi" w:cstheme="majorHAnsi"/>
          <w:sz w:val="24"/>
          <w:szCs w:val="24"/>
        </w:rPr>
        <w:br/>
        <w:t>• We will help you feel safe again.</w:t>
      </w:r>
    </w:p>
    <w:p w14:paraId="4791DE4C" w14:textId="77777777" w:rsidR="000A66B6" w:rsidRPr="00344D4A" w:rsidRDefault="00BB6C60">
      <w:pPr>
        <w:pStyle w:val="Heading2"/>
        <w:rPr>
          <w:rFonts w:cstheme="majorHAnsi"/>
          <w:color w:val="00B050"/>
          <w:sz w:val="28"/>
          <w:szCs w:val="28"/>
        </w:rPr>
      </w:pPr>
      <w:r w:rsidRPr="00344D4A">
        <w:rPr>
          <w:rFonts w:ascii="Segoe UI Emoji" w:hAnsi="Segoe UI Emoji" w:cs="Segoe UI Emoji"/>
          <w:color w:val="00B050"/>
          <w:sz w:val="28"/>
          <w:szCs w:val="28"/>
        </w:rPr>
        <w:t>📱</w:t>
      </w:r>
      <w:r w:rsidRPr="00344D4A">
        <w:rPr>
          <w:rFonts w:cstheme="majorHAnsi"/>
          <w:color w:val="00B050"/>
          <w:sz w:val="28"/>
          <w:szCs w:val="28"/>
        </w:rPr>
        <w:t xml:space="preserve"> Staying Safe Online</w:t>
      </w:r>
    </w:p>
    <w:p w14:paraId="4209D5BD" w14:textId="77777777" w:rsidR="000A66B6" w:rsidRPr="00344D4A" w:rsidRDefault="00BB6C60">
      <w:pPr>
        <w:rPr>
          <w:rFonts w:asciiTheme="majorHAnsi" w:hAnsiTheme="majorHAnsi" w:cstheme="majorHAnsi"/>
          <w:sz w:val="24"/>
          <w:szCs w:val="24"/>
        </w:rPr>
      </w:pPr>
      <w:r w:rsidRPr="00344D4A">
        <w:rPr>
          <w:rFonts w:ascii="Segoe UI Emoji" w:hAnsi="Segoe UI Emoji" w:cs="Segoe UI Emoji"/>
          <w:sz w:val="24"/>
          <w:szCs w:val="24"/>
        </w:rPr>
        <w:t>✅</w:t>
      </w:r>
      <w:r w:rsidRPr="00344D4A">
        <w:rPr>
          <w:rFonts w:asciiTheme="majorHAnsi" w:hAnsiTheme="majorHAnsi" w:cstheme="majorHAnsi"/>
          <w:sz w:val="24"/>
          <w:szCs w:val="24"/>
        </w:rPr>
        <w:t xml:space="preserve"> Keep your name, address, and passwords private.</w:t>
      </w:r>
      <w:r w:rsidRPr="00344D4A">
        <w:rPr>
          <w:rFonts w:asciiTheme="majorHAnsi" w:hAnsiTheme="majorHAnsi" w:cstheme="majorHAnsi"/>
          <w:sz w:val="24"/>
          <w:szCs w:val="24"/>
        </w:rPr>
        <w:br/>
      </w:r>
      <w:r w:rsidRPr="00344D4A">
        <w:rPr>
          <w:rFonts w:ascii="Segoe UI Emoji" w:hAnsi="Segoe UI Emoji" w:cs="Segoe UI Emoji"/>
          <w:sz w:val="24"/>
          <w:szCs w:val="24"/>
        </w:rPr>
        <w:t>✅</w:t>
      </w:r>
      <w:r w:rsidRPr="00344D4A">
        <w:rPr>
          <w:rFonts w:asciiTheme="majorHAnsi" w:hAnsiTheme="majorHAnsi" w:cstheme="majorHAnsi"/>
          <w:sz w:val="24"/>
          <w:szCs w:val="24"/>
        </w:rPr>
        <w:t xml:space="preserve"> Tell a grown-up if something online makes you feel upset.</w:t>
      </w:r>
      <w:r w:rsidRPr="00344D4A">
        <w:rPr>
          <w:rFonts w:asciiTheme="majorHAnsi" w:hAnsiTheme="majorHAnsi" w:cstheme="majorHAnsi"/>
          <w:sz w:val="24"/>
          <w:szCs w:val="24"/>
        </w:rPr>
        <w:br/>
      </w:r>
      <w:r w:rsidRPr="00344D4A">
        <w:rPr>
          <w:rFonts w:ascii="Segoe UI Emoji" w:hAnsi="Segoe UI Emoji" w:cs="Segoe UI Emoji"/>
          <w:sz w:val="24"/>
          <w:szCs w:val="24"/>
        </w:rPr>
        <w:t>✅</w:t>
      </w:r>
      <w:r w:rsidRPr="00344D4A">
        <w:rPr>
          <w:rFonts w:asciiTheme="majorHAnsi" w:hAnsiTheme="majorHAnsi" w:cstheme="majorHAnsi"/>
          <w:sz w:val="24"/>
          <w:szCs w:val="24"/>
        </w:rPr>
        <w:t xml:space="preserve"> Never talk to or meet up with strangers online.</w:t>
      </w:r>
      <w:r w:rsidRPr="00344D4A">
        <w:rPr>
          <w:rFonts w:asciiTheme="majorHAnsi" w:hAnsiTheme="majorHAnsi" w:cstheme="majorHAnsi"/>
          <w:sz w:val="24"/>
          <w:szCs w:val="24"/>
        </w:rPr>
        <w:br/>
      </w:r>
      <w:r w:rsidRPr="00344D4A">
        <w:rPr>
          <w:rFonts w:ascii="Segoe UI Emoji" w:hAnsi="Segoe UI Emoji" w:cs="Segoe UI Emoji"/>
          <w:sz w:val="24"/>
          <w:szCs w:val="24"/>
        </w:rPr>
        <w:t>✅</w:t>
      </w:r>
      <w:r w:rsidRPr="00344D4A">
        <w:rPr>
          <w:rFonts w:asciiTheme="majorHAnsi" w:hAnsiTheme="majorHAnsi" w:cstheme="majorHAnsi"/>
          <w:sz w:val="24"/>
          <w:szCs w:val="24"/>
        </w:rPr>
        <w:t xml:space="preserve"> Think before you share photos or messages.</w:t>
      </w:r>
    </w:p>
    <w:p w14:paraId="5DCB6919" w14:textId="77777777" w:rsidR="00344D4A" w:rsidRPr="00344D4A" w:rsidRDefault="00344D4A" w:rsidP="00344D4A">
      <w:pPr>
        <w:pStyle w:val="Heading2"/>
        <w:rPr>
          <w:rFonts w:ascii="Segoe UI Emoji" w:hAnsi="Segoe UI Emoji" w:cs="Segoe UI Emoji"/>
          <w:color w:val="00B050"/>
          <w:sz w:val="28"/>
          <w:szCs w:val="28"/>
        </w:rPr>
      </w:pPr>
    </w:p>
    <w:p w14:paraId="5857547F" w14:textId="36906DA7" w:rsidR="00344D4A" w:rsidRPr="00344D4A" w:rsidRDefault="00BB6C60" w:rsidP="00344D4A">
      <w:pPr>
        <w:pStyle w:val="Heading2"/>
        <w:rPr>
          <w:rFonts w:cstheme="majorHAnsi"/>
          <w:color w:val="00B050"/>
          <w:sz w:val="28"/>
          <w:szCs w:val="28"/>
        </w:rPr>
      </w:pPr>
      <w:r w:rsidRPr="00344D4A">
        <w:rPr>
          <w:rFonts w:ascii="Segoe UI Emoji" w:hAnsi="Segoe UI Emoji" w:cs="Segoe UI Emoji"/>
          <w:color w:val="00B050"/>
          <w:sz w:val="28"/>
          <w:szCs w:val="28"/>
        </w:rPr>
        <w:t>🤝</w:t>
      </w:r>
      <w:r w:rsidRPr="00344D4A">
        <w:rPr>
          <w:rFonts w:cstheme="majorHAnsi"/>
          <w:color w:val="00B050"/>
          <w:sz w:val="28"/>
          <w:szCs w:val="28"/>
        </w:rPr>
        <w:t xml:space="preserve"> Be Kind, Be Respectful</w:t>
      </w:r>
    </w:p>
    <w:p w14:paraId="19FB572E" w14:textId="77777777" w:rsidR="000A66B6" w:rsidRPr="00344D4A" w:rsidRDefault="00BB6C60">
      <w:pPr>
        <w:rPr>
          <w:rFonts w:asciiTheme="majorHAnsi" w:hAnsiTheme="majorHAnsi" w:cstheme="majorHAnsi"/>
          <w:sz w:val="28"/>
          <w:szCs w:val="28"/>
        </w:rPr>
      </w:pPr>
      <w:r w:rsidRPr="00344D4A">
        <w:rPr>
          <w:rFonts w:asciiTheme="majorHAnsi" w:hAnsiTheme="majorHAnsi" w:cstheme="majorHAnsi"/>
          <w:sz w:val="24"/>
          <w:szCs w:val="24"/>
        </w:rPr>
        <w:t>We are a kind and caring school.</w:t>
      </w:r>
      <w:r w:rsidRPr="00344D4A">
        <w:rPr>
          <w:rFonts w:asciiTheme="majorHAnsi" w:hAnsiTheme="majorHAnsi" w:cstheme="majorHAnsi"/>
          <w:sz w:val="24"/>
          <w:szCs w:val="24"/>
        </w:rPr>
        <w:br/>
        <w:t>Let’s make sure everyone feels:</w:t>
      </w:r>
      <w:r w:rsidRPr="00344D4A">
        <w:rPr>
          <w:rFonts w:asciiTheme="majorHAnsi" w:hAnsiTheme="majorHAnsi" w:cstheme="majorHAnsi"/>
          <w:sz w:val="24"/>
          <w:szCs w:val="24"/>
        </w:rPr>
        <w:br/>
      </w:r>
      <w:r w:rsidRPr="00344D4A">
        <w:rPr>
          <w:rFonts w:ascii="Segoe UI Emoji" w:hAnsi="Segoe UI Emoji" w:cs="Segoe UI Emoji"/>
          <w:sz w:val="24"/>
          <w:szCs w:val="24"/>
        </w:rPr>
        <w:t>🌈</w:t>
      </w:r>
      <w:r w:rsidRPr="00344D4A">
        <w:rPr>
          <w:rFonts w:asciiTheme="majorHAnsi" w:hAnsiTheme="majorHAnsi" w:cstheme="majorHAnsi"/>
          <w:sz w:val="24"/>
          <w:szCs w:val="24"/>
        </w:rPr>
        <w:t xml:space="preserve"> Safe </w:t>
      </w:r>
      <w:r w:rsidRPr="00344D4A">
        <w:rPr>
          <w:rFonts w:ascii="Segoe UI Emoji" w:hAnsi="Segoe UI Emoji" w:cs="Segoe UI Emoji"/>
          <w:sz w:val="24"/>
          <w:szCs w:val="24"/>
        </w:rPr>
        <w:t>💬</w:t>
      </w:r>
      <w:r w:rsidRPr="00344D4A">
        <w:rPr>
          <w:rFonts w:asciiTheme="majorHAnsi" w:hAnsiTheme="majorHAnsi" w:cstheme="majorHAnsi"/>
          <w:sz w:val="24"/>
          <w:szCs w:val="24"/>
        </w:rPr>
        <w:t xml:space="preserve"> Listened to </w:t>
      </w:r>
      <w:r w:rsidRPr="00344D4A">
        <w:rPr>
          <w:rFonts w:ascii="Segoe UI Emoji" w:hAnsi="Segoe UI Emoji" w:cs="Segoe UI Emoji"/>
          <w:sz w:val="24"/>
          <w:szCs w:val="24"/>
        </w:rPr>
        <w:t>🤗</w:t>
      </w:r>
      <w:r w:rsidRPr="00344D4A">
        <w:rPr>
          <w:rFonts w:asciiTheme="majorHAnsi" w:hAnsiTheme="majorHAnsi" w:cstheme="majorHAnsi"/>
          <w:sz w:val="24"/>
          <w:szCs w:val="24"/>
        </w:rPr>
        <w:t xml:space="preserve"> Included</w:t>
      </w:r>
      <w:r w:rsidRPr="00344D4A">
        <w:rPr>
          <w:rFonts w:asciiTheme="majorHAnsi" w:hAnsiTheme="majorHAnsi" w:cstheme="majorHAnsi"/>
          <w:sz w:val="24"/>
          <w:szCs w:val="24"/>
        </w:rPr>
        <w:br/>
      </w:r>
      <w:r w:rsidRPr="00344D4A">
        <w:rPr>
          <w:rFonts w:asciiTheme="majorHAnsi" w:hAnsiTheme="majorHAnsi" w:cstheme="majorHAnsi"/>
          <w:sz w:val="24"/>
          <w:szCs w:val="24"/>
        </w:rPr>
        <w:br/>
      </w:r>
      <w:r w:rsidRPr="00344D4A">
        <w:rPr>
          <w:rFonts w:asciiTheme="majorHAnsi" w:hAnsiTheme="majorHAnsi" w:cstheme="majorHAnsi"/>
          <w:sz w:val="28"/>
          <w:szCs w:val="28"/>
        </w:rPr>
        <w:t>If you see someone being unkind, tell an adult — you can help keep everyone safe!</w:t>
      </w:r>
    </w:p>
    <w:p w14:paraId="5A4C2FBD" w14:textId="77777777" w:rsidR="000A66B6" w:rsidRPr="00344D4A" w:rsidRDefault="00BB6C60" w:rsidP="001801BD">
      <w:pPr>
        <w:pStyle w:val="Heading2"/>
        <w:jc w:val="center"/>
        <w:rPr>
          <w:rFonts w:cstheme="majorHAnsi"/>
          <w:color w:val="00B050"/>
          <w:sz w:val="32"/>
          <w:szCs w:val="32"/>
        </w:rPr>
      </w:pPr>
      <w:r w:rsidRPr="00344D4A">
        <w:rPr>
          <w:rFonts w:ascii="Segoe UI Emoji" w:hAnsi="Segoe UI Emoji" w:cs="Segoe UI Emoji"/>
          <w:color w:val="00B050"/>
          <w:sz w:val="32"/>
          <w:szCs w:val="32"/>
        </w:rPr>
        <w:t>🌟</w:t>
      </w:r>
      <w:r w:rsidRPr="00344D4A">
        <w:rPr>
          <w:rFonts w:cstheme="majorHAnsi"/>
          <w:color w:val="00B050"/>
          <w:sz w:val="32"/>
          <w:szCs w:val="32"/>
        </w:rPr>
        <w:t xml:space="preserve"> Remember</w:t>
      </w:r>
    </w:p>
    <w:p w14:paraId="37D0500F" w14:textId="77777777" w:rsidR="000A66B6" w:rsidRPr="00344D4A" w:rsidRDefault="00BB6C60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344D4A">
        <w:rPr>
          <w:rFonts w:asciiTheme="majorHAnsi" w:hAnsiTheme="majorHAnsi" w:cstheme="majorHAnsi"/>
          <w:b/>
          <w:bCs/>
          <w:sz w:val="28"/>
          <w:szCs w:val="28"/>
        </w:rPr>
        <w:t>If something doesn’t feel right,</w:t>
      </w:r>
      <w:r w:rsidRPr="00344D4A">
        <w:rPr>
          <w:rFonts w:asciiTheme="majorHAnsi" w:hAnsiTheme="majorHAnsi" w:cstheme="majorHAnsi"/>
          <w:b/>
          <w:bCs/>
          <w:sz w:val="28"/>
          <w:szCs w:val="28"/>
        </w:rPr>
        <w:br/>
        <w:t>Tell a trusted adult straight away.</w:t>
      </w:r>
      <w:r w:rsidRPr="00344D4A">
        <w:rPr>
          <w:rFonts w:asciiTheme="majorHAnsi" w:hAnsiTheme="majorHAnsi" w:cstheme="majorHAnsi"/>
          <w:b/>
          <w:bCs/>
          <w:sz w:val="28"/>
          <w:szCs w:val="28"/>
        </w:rPr>
        <w:br/>
        <w:t>You will never be in trouble for asking for help.</w:t>
      </w:r>
      <w:r w:rsidRPr="00344D4A">
        <w:rPr>
          <w:rFonts w:asciiTheme="majorHAnsi" w:hAnsiTheme="majorHAnsi" w:cstheme="majorHAnsi"/>
          <w:b/>
          <w:bCs/>
          <w:sz w:val="28"/>
          <w:szCs w:val="28"/>
        </w:rPr>
        <w:br/>
      </w:r>
      <w:r w:rsidRPr="00344D4A">
        <w:rPr>
          <w:rFonts w:asciiTheme="majorHAnsi" w:hAnsiTheme="majorHAnsi" w:cstheme="majorHAnsi"/>
          <w:b/>
          <w:bCs/>
          <w:sz w:val="28"/>
          <w:szCs w:val="28"/>
        </w:rPr>
        <w:br/>
        <w:t>“Speak up, stay safe, and look after each other.”</w:t>
      </w:r>
    </w:p>
    <w:sectPr w:rsidR="000A66B6" w:rsidRPr="00344D4A" w:rsidSect="00344D4A">
      <w:pgSz w:w="12240" w:h="15840"/>
      <w:pgMar w:top="1440" w:right="1800" w:bottom="1440" w:left="1800" w:header="720" w:footer="720" w:gutter="0"/>
      <w:pgBorders w:offsetFrom="page">
        <w:top w:val="thinThickSmallGap" w:sz="24" w:space="24" w:color="00B050"/>
        <w:left w:val="thinThickSmallGap" w:sz="24" w:space="24" w:color="00B050"/>
        <w:bottom w:val="thickThinSmallGap" w:sz="24" w:space="24" w:color="00B050"/>
        <w:right w:val="thickThinSmallGap" w:sz="24" w:space="24" w:color="00B05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36635319">
    <w:abstractNumId w:val="8"/>
  </w:num>
  <w:num w:numId="2" w16cid:durableId="913902781">
    <w:abstractNumId w:val="6"/>
  </w:num>
  <w:num w:numId="3" w16cid:durableId="98647695">
    <w:abstractNumId w:val="5"/>
  </w:num>
  <w:num w:numId="4" w16cid:durableId="778453465">
    <w:abstractNumId w:val="4"/>
  </w:num>
  <w:num w:numId="5" w16cid:durableId="967778906">
    <w:abstractNumId w:val="7"/>
  </w:num>
  <w:num w:numId="6" w16cid:durableId="939264433">
    <w:abstractNumId w:val="3"/>
  </w:num>
  <w:num w:numId="7" w16cid:durableId="1626156653">
    <w:abstractNumId w:val="2"/>
  </w:num>
  <w:num w:numId="8" w16cid:durableId="1471166319">
    <w:abstractNumId w:val="1"/>
  </w:num>
  <w:num w:numId="9" w16cid:durableId="832333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A66B6"/>
    <w:rsid w:val="0015074B"/>
    <w:rsid w:val="001801BD"/>
    <w:rsid w:val="0029639D"/>
    <w:rsid w:val="002E43FF"/>
    <w:rsid w:val="00326F90"/>
    <w:rsid w:val="00344D4A"/>
    <w:rsid w:val="004D1402"/>
    <w:rsid w:val="007D394F"/>
    <w:rsid w:val="009F7C1B"/>
    <w:rsid w:val="00A33168"/>
    <w:rsid w:val="00AA1D8D"/>
    <w:rsid w:val="00B47730"/>
    <w:rsid w:val="00BA6233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BE92D2"/>
  <w14:defaultImageDpi w14:val="300"/>
  <w15:docId w15:val="{D8B32B49-DDD7-4AA3-BB74-861772ED0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unhideWhenUsed/>
    <w:rsid w:val="001801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Isla Corker [Student]</cp:lastModifiedBy>
  <cp:revision>2</cp:revision>
  <cp:lastPrinted>2025-11-03T11:39:00Z</cp:lastPrinted>
  <dcterms:created xsi:type="dcterms:W3CDTF">2026-08-10T10:31:00Z</dcterms:created>
  <dcterms:modified xsi:type="dcterms:W3CDTF">2026-08-10T10:31:00Z</dcterms:modified>
  <cp:category/>
</cp:coreProperties>
</file>